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E053" w14:textId="2AE34B43" w:rsidR="0024144F" w:rsidRDefault="001755F3" w:rsidP="00590E0B">
      <w:pPr>
        <w:numPr>
          <w:ilvl w:val="0"/>
          <w:numId w:val="0"/>
        </w:numPr>
        <w:ind w:left="1080"/>
        <w:jc w:val="center"/>
        <w:rPr>
          <w:b/>
          <w:bCs/>
          <w:lang w:val="fr-FR"/>
        </w:rPr>
      </w:pPr>
      <w:r w:rsidRPr="00590E0B">
        <w:rPr>
          <w:b/>
          <w:bCs/>
          <w:sz w:val="24"/>
          <w:szCs w:val="24"/>
          <w:lang w:val="fr-FR"/>
        </w:rPr>
        <w:t xml:space="preserve">Document formel de </w:t>
      </w:r>
      <w:r w:rsidR="00590E0B" w:rsidRPr="00590E0B">
        <w:rPr>
          <w:b/>
          <w:bCs/>
          <w:sz w:val="24"/>
          <w:szCs w:val="24"/>
          <w:lang w:val="fr-FR"/>
        </w:rPr>
        <w:t>désignation</w:t>
      </w:r>
      <w:r w:rsidRPr="00590E0B">
        <w:rPr>
          <w:b/>
          <w:bCs/>
          <w:sz w:val="24"/>
          <w:szCs w:val="24"/>
          <w:lang w:val="fr-FR"/>
        </w:rPr>
        <w:t xml:space="preserve"> d’un</w:t>
      </w:r>
      <w:r w:rsidR="00DC7E81" w:rsidRPr="00590E0B">
        <w:rPr>
          <w:b/>
          <w:bCs/>
          <w:sz w:val="24"/>
          <w:szCs w:val="24"/>
          <w:lang w:val="fr-FR"/>
        </w:rPr>
        <w:t>e plateforme agréée de réception de factures électronique</w:t>
      </w:r>
      <w:r w:rsidR="00DC2EBE">
        <w:rPr>
          <w:b/>
          <w:bCs/>
          <w:sz w:val="24"/>
          <w:szCs w:val="24"/>
          <w:lang w:val="fr-FR"/>
        </w:rPr>
        <w:t xml:space="preserve"> - </w:t>
      </w:r>
      <w:r w:rsidR="00590E0B" w:rsidRPr="00590E0B">
        <w:rPr>
          <w:b/>
          <w:bCs/>
          <w:lang w:val="fr-FR"/>
        </w:rPr>
        <w:t>Changement de PA pour Sage PA</w:t>
      </w:r>
    </w:p>
    <w:tbl>
      <w:tblPr>
        <w:tblW w:w="1134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4109"/>
        <w:gridCol w:w="692"/>
        <w:gridCol w:w="2387"/>
        <w:gridCol w:w="742"/>
        <w:gridCol w:w="2988"/>
      </w:tblGrid>
      <w:tr w:rsidR="007E27CE" w:rsidRPr="000D766F" w14:paraId="144500CD" w14:textId="77777777" w:rsidTr="42347DDD"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89F9D8" w14:textId="4C3B3B27" w:rsidR="007E27CE" w:rsidRPr="007E27CE" w:rsidRDefault="007E27CE" w:rsidP="007E27CE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7E27CE">
              <w:rPr>
                <w:b/>
                <w:bCs/>
                <w:lang w:val="fr-FR"/>
              </w:rPr>
              <w:t>1</w:t>
            </w: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429B1A" w14:textId="103DF6E4" w:rsidR="007E27CE" w:rsidRPr="00EC7149" w:rsidRDefault="00F82226" w:rsidP="001C0D9B">
            <w:pPr>
              <w:numPr>
                <w:ilvl w:val="0"/>
                <w:numId w:val="0"/>
              </w:numPr>
              <w:spacing w:after="0"/>
              <w:ind w:left="360" w:hanging="360"/>
              <w:rPr>
                <w:lang w:val="fr-FR"/>
              </w:rPr>
            </w:pPr>
            <w:r w:rsidRPr="00EC7149">
              <w:rPr>
                <w:b/>
                <w:bCs/>
                <w:lang w:val="fr-FR"/>
              </w:rPr>
              <w:t>Entreprise assujettie</w:t>
            </w:r>
            <w:r w:rsidR="000B7E48" w:rsidRPr="00EC7149">
              <w:rPr>
                <w:b/>
                <w:bCs/>
                <w:lang w:val="fr-FR"/>
              </w:rPr>
              <w:t xml:space="preserve"> donnant m</w:t>
            </w:r>
            <w:r w:rsidR="007E27CE" w:rsidRPr="00EC7149">
              <w:rPr>
                <w:b/>
                <w:bCs/>
                <w:lang w:val="fr-FR"/>
              </w:rPr>
              <w:t xml:space="preserve">andat </w:t>
            </w:r>
            <w:r w:rsidR="000B7E48" w:rsidRPr="00EC7149">
              <w:rPr>
                <w:b/>
                <w:bCs/>
                <w:lang w:val="fr-FR"/>
              </w:rPr>
              <w:t xml:space="preserve">à une </w:t>
            </w:r>
            <w:r w:rsidR="007E27CE" w:rsidRPr="00EC7149">
              <w:rPr>
                <w:b/>
                <w:bCs/>
                <w:lang w:val="fr-FR"/>
              </w:rPr>
              <w:t>PA </w:t>
            </w:r>
            <w:r w:rsidR="007E27CE" w:rsidRPr="00EC7149">
              <w:rPr>
                <w:lang w:val="fr-FR"/>
              </w:rPr>
              <w:t>(</w:t>
            </w:r>
            <w:r w:rsidR="00C9680E" w:rsidRPr="00EC7149">
              <w:rPr>
                <w:lang w:val="fr-FR"/>
              </w:rPr>
              <w:t>désignée</w:t>
            </w:r>
            <w:r w:rsidR="007E27CE" w:rsidRPr="00EC7149">
              <w:rPr>
                <w:lang w:val="fr-FR"/>
              </w:rPr>
              <w:t> </w:t>
            </w:r>
            <w:r w:rsidR="000B7E48" w:rsidRPr="00EC7149">
              <w:rPr>
                <w:lang w:val="fr-FR"/>
              </w:rPr>
              <w:t>e</w:t>
            </w:r>
            <w:r w:rsidR="007E27CE" w:rsidRPr="00EC7149">
              <w:rPr>
                <w:lang w:val="fr-FR"/>
              </w:rPr>
              <w:t>n </w:t>
            </w:r>
            <w:r w:rsidR="007E27CE" w:rsidRPr="00EC7149">
              <w:rPr>
                <w:b/>
                <w:bCs/>
                <w:lang w:val="fr-FR"/>
              </w:rPr>
              <w:t>2</w:t>
            </w:r>
            <w:r w:rsidR="007E27CE" w:rsidRPr="00EC7149">
              <w:rPr>
                <w:lang w:val="fr-FR"/>
              </w:rPr>
              <w:t>) </w:t>
            </w:r>
            <w:r w:rsidR="00EC7149" w:rsidRPr="00EC7149">
              <w:rPr>
                <w:lang w:val="fr-FR"/>
              </w:rPr>
              <w:t>pour enr</w:t>
            </w:r>
            <w:r w:rsidR="00EC7149">
              <w:rPr>
                <w:lang w:val="fr-FR"/>
              </w:rPr>
              <w:t>egistrer</w:t>
            </w:r>
            <w:r w:rsidR="008A7135">
              <w:rPr>
                <w:lang w:val="fr-FR"/>
              </w:rPr>
              <w:t xml:space="preserve"> une ou plusieurs adresses de facturation électroniques dans l</w:t>
            </w:r>
            <w:r w:rsidR="007E4131">
              <w:rPr>
                <w:lang w:val="fr-FR"/>
              </w:rPr>
              <w:t>’annuaire</w:t>
            </w:r>
            <w:r w:rsidR="002D59AB">
              <w:rPr>
                <w:lang w:val="fr-FR"/>
              </w:rPr>
              <w:t xml:space="preserve"> du</w:t>
            </w:r>
            <w:r w:rsidR="007E27CE" w:rsidRPr="00EC7149">
              <w:rPr>
                <w:lang w:val="fr-FR"/>
              </w:rPr>
              <w:t xml:space="preserve"> PPF </w:t>
            </w:r>
            <w:r w:rsidR="008801EC">
              <w:rPr>
                <w:lang w:val="fr-FR"/>
              </w:rPr>
              <w:t xml:space="preserve">dans la cadre de la réception de </w:t>
            </w:r>
            <w:r w:rsidR="000B49BE">
              <w:rPr>
                <w:lang w:val="fr-FR"/>
              </w:rPr>
              <w:t>factures</w:t>
            </w:r>
            <w:r w:rsidR="000B49BE" w:rsidRPr="00EC7149">
              <w:rPr>
                <w:lang w:val="fr-FR"/>
              </w:rPr>
              <w:t xml:space="preserve"> :</w:t>
            </w:r>
            <w:r w:rsidR="007E27CE" w:rsidRPr="00EC7149">
              <w:rPr>
                <w:lang w:val="fr-FR"/>
              </w:rPr>
              <w:t> </w:t>
            </w:r>
          </w:p>
        </w:tc>
      </w:tr>
      <w:tr w:rsidR="007E27CE" w:rsidRPr="007E27CE" w14:paraId="11FCE8E1" w14:textId="77777777" w:rsidTr="42347DDD">
        <w:tc>
          <w:tcPr>
            <w:tcW w:w="429" w:type="dxa"/>
            <w:vMerge/>
            <w:vAlign w:val="center"/>
            <w:hideMark/>
          </w:tcPr>
          <w:p w14:paraId="363C6F79" w14:textId="77777777" w:rsidR="007E27CE" w:rsidRPr="00EC7149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AAC139" w14:textId="476580CF" w:rsidR="007E27CE" w:rsidRPr="007E27CE" w:rsidRDefault="008801EC" w:rsidP="000D766F">
            <w:pPr>
              <w:pStyle w:val="Sansinterligne"/>
              <w:rPr>
                <w:lang w:val="fr-FR"/>
              </w:rPr>
            </w:pPr>
            <w:r w:rsidRPr="7D2158F0">
              <w:rPr>
                <w:lang w:val="fr-FR"/>
              </w:rPr>
              <w:t xml:space="preserve">Nom </w:t>
            </w:r>
            <w:r w:rsidR="00C9680E" w:rsidRPr="7D2158F0">
              <w:rPr>
                <w:lang w:val="fr-FR"/>
              </w:rPr>
              <w:t>entreprise :</w:t>
            </w:r>
            <w:r w:rsidR="007E27CE" w:rsidRPr="7D2158F0">
              <w:rPr>
                <w:lang w:val="fr-FR"/>
              </w:rPr>
              <w:t> </w:t>
            </w:r>
            <w:r w:rsidR="3C07309F" w:rsidRPr="7D2158F0">
              <w:rPr>
                <w:lang w:val="fr-FR"/>
              </w:rPr>
              <w:t xml:space="preserve"> </w:t>
            </w:r>
          </w:p>
          <w:p w14:paraId="478D34DF" w14:textId="0CB7475F" w:rsidR="007E27CE" w:rsidRPr="007E27CE" w:rsidRDefault="007E27CE" w:rsidP="000D766F">
            <w:pPr>
              <w:pStyle w:val="Sansinterligne"/>
              <w:rPr>
                <w:lang w:val="fr-FR"/>
              </w:rPr>
            </w:pP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7F81FB" w14:textId="4C905A35" w:rsidR="0012268F" w:rsidRDefault="007E27CE" w:rsidP="000D766F">
            <w:pPr>
              <w:pStyle w:val="Sansinterligne"/>
              <w:rPr>
                <w:b/>
                <w:lang w:val="fr-FR"/>
              </w:rPr>
            </w:pPr>
            <w:r w:rsidRPr="7D2158F0">
              <w:rPr>
                <w:lang w:val="fr-FR"/>
              </w:rPr>
              <w:t>SIREN</w:t>
            </w:r>
            <w:r w:rsidR="007C75C5" w:rsidRPr="7D2158F0">
              <w:rPr>
                <w:lang w:val="fr-FR"/>
              </w:rPr>
              <w:t xml:space="preserve"> </w:t>
            </w:r>
            <w:r w:rsidRPr="7D2158F0">
              <w:rPr>
                <w:b/>
                <w:bCs/>
                <w:lang w:val="fr-FR"/>
              </w:rPr>
              <w:t>: </w:t>
            </w:r>
          </w:p>
          <w:p w14:paraId="0F322688" w14:textId="3B24BE68" w:rsidR="007E27CE" w:rsidRPr="007E27CE" w:rsidRDefault="007E27CE" w:rsidP="000D766F">
            <w:pPr>
              <w:pStyle w:val="Sansinterligne"/>
              <w:rPr>
                <w:rFonts w:ascii="Cambria" w:eastAsia="Cambria" w:hAnsi="Cambria" w:cs="Cambria"/>
                <w:sz w:val="18"/>
                <w:szCs w:val="18"/>
                <w:lang w:val="fr-FR"/>
              </w:rPr>
            </w:pPr>
          </w:p>
        </w:tc>
      </w:tr>
      <w:tr w:rsidR="007E27CE" w:rsidRPr="000E10B6" w14:paraId="617D4A3C" w14:textId="77777777" w:rsidTr="42347DDD">
        <w:trPr>
          <w:trHeight w:val="447"/>
        </w:trPr>
        <w:tc>
          <w:tcPr>
            <w:tcW w:w="429" w:type="dxa"/>
            <w:vMerge/>
            <w:vAlign w:val="center"/>
            <w:hideMark/>
          </w:tcPr>
          <w:p w14:paraId="2E7EBF6E" w14:textId="77777777" w:rsidR="007E27CE" w:rsidRPr="007E27CE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3A9885" w14:textId="0BA969B6" w:rsidR="007E27CE" w:rsidRDefault="008072D5" w:rsidP="000D766F">
            <w:pPr>
              <w:pStyle w:val="Sansinterligne"/>
              <w:rPr>
                <w:rFonts w:ascii="Cambria" w:eastAsia="Cambria" w:hAnsi="Cambria" w:cs="Cambria"/>
                <w:lang w:val="fr-FR"/>
              </w:rPr>
            </w:pPr>
            <w:r w:rsidRPr="7D2158F0">
              <w:rPr>
                <w:lang w:val="fr-FR"/>
              </w:rPr>
              <w:t>Adresse</w:t>
            </w:r>
            <w:r w:rsidR="00CE7D1F" w:rsidRPr="7D2158F0">
              <w:rPr>
                <w:lang w:val="fr-FR"/>
              </w:rPr>
              <w:t xml:space="preserve"> postale</w:t>
            </w:r>
            <w:r w:rsidR="007E27CE" w:rsidRPr="7D2158F0">
              <w:rPr>
                <w:lang w:val="fr-FR"/>
              </w:rPr>
              <w:t> :  </w:t>
            </w:r>
          </w:p>
          <w:p w14:paraId="4F82A192" w14:textId="5B66EF68" w:rsidR="0089538D" w:rsidRPr="007E27CE" w:rsidRDefault="0089538D" w:rsidP="000D766F">
            <w:pPr>
              <w:pStyle w:val="Sansinterligne"/>
              <w:rPr>
                <w:lang w:val="fr-FR"/>
              </w:rPr>
            </w:pPr>
          </w:p>
        </w:tc>
      </w:tr>
      <w:tr w:rsidR="007E27CE" w:rsidRPr="000D766F" w14:paraId="53C2DCAC" w14:textId="77777777" w:rsidTr="42347DDD"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95C4BA" w14:textId="746698C4" w:rsidR="007E27CE" w:rsidRPr="007E27CE" w:rsidRDefault="007E27CE" w:rsidP="007E27CE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7E27CE">
              <w:rPr>
                <w:b/>
                <w:bCs/>
                <w:lang w:val="fr-FR"/>
              </w:rPr>
              <w:t>2</w:t>
            </w: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A8E0BE" w14:textId="1420F973" w:rsidR="007E27CE" w:rsidRPr="00A9010E" w:rsidRDefault="007E27CE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A9010E">
              <w:rPr>
                <w:b/>
                <w:bCs/>
                <w:lang w:val="fr-FR"/>
              </w:rPr>
              <w:t>PA</w:t>
            </w:r>
            <w:r w:rsidR="004B2257" w:rsidRPr="00A9010E">
              <w:rPr>
                <w:b/>
                <w:bCs/>
                <w:lang w:val="fr-FR"/>
              </w:rPr>
              <w:t xml:space="preserve"> </w:t>
            </w:r>
            <w:r w:rsidR="00D1352B" w:rsidRPr="00A9010E">
              <w:rPr>
                <w:b/>
                <w:bCs/>
                <w:lang w:val="fr-FR"/>
              </w:rPr>
              <w:t>désignée</w:t>
            </w:r>
            <w:r w:rsidR="004B2257" w:rsidRPr="00A9010E">
              <w:rPr>
                <w:b/>
                <w:bCs/>
                <w:lang w:val="fr-FR"/>
              </w:rPr>
              <w:t xml:space="preserve"> par l’entreprise assujettie</w:t>
            </w:r>
            <w:r w:rsidRPr="00A9010E">
              <w:rPr>
                <w:lang w:val="fr-FR"/>
              </w:rPr>
              <w:t> (</w:t>
            </w:r>
            <w:r w:rsidR="00D1352B" w:rsidRPr="00A9010E">
              <w:rPr>
                <w:lang w:val="fr-FR"/>
              </w:rPr>
              <w:t>désignée</w:t>
            </w:r>
            <w:r w:rsidRPr="00A9010E">
              <w:rPr>
                <w:lang w:val="fr-FR"/>
              </w:rPr>
              <w:t> </w:t>
            </w:r>
            <w:r w:rsidR="004B2257" w:rsidRPr="00A9010E">
              <w:rPr>
                <w:lang w:val="fr-FR"/>
              </w:rPr>
              <w:t>e</w:t>
            </w:r>
            <w:r w:rsidRPr="00A9010E">
              <w:rPr>
                <w:lang w:val="fr-FR"/>
              </w:rPr>
              <w:t>n </w:t>
            </w:r>
            <w:r w:rsidRPr="00A9010E">
              <w:rPr>
                <w:b/>
                <w:bCs/>
                <w:lang w:val="fr-FR"/>
              </w:rPr>
              <w:t>1</w:t>
            </w:r>
            <w:r w:rsidRPr="00A9010E">
              <w:rPr>
                <w:lang w:val="fr-FR"/>
              </w:rPr>
              <w:t>) </w:t>
            </w:r>
            <w:r w:rsidR="00A9010E" w:rsidRPr="00A9010E">
              <w:rPr>
                <w:lang w:val="fr-FR"/>
              </w:rPr>
              <w:t>pour enregistrer une ou plusieurs adresses de facturation électronique dans l'annuaire PPF afin de recevoir des factures :</w:t>
            </w:r>
          </w:p>
        </w:tc>
      </w:tr>
      <w:tr w:rsidR="007E27CE" w:rsidRPr="007E27CE" w14:paraId="68B564B5" w14:textId="77777777" w:rsidTr="42347DDD">
        <w:tc>
          <w:tcPr>
            <w:tcW w:w="429" w:type="dxa"/>
            <w:vMerge/>
            <w:vAlign w:val="center"/>
            <w:hideMark/>
          </w:tcPr>
          <w:p w14:paraId="759891DD" w14:textId="77777777" w:rsidR="007E27CE" w:rsidRPr="00A9010E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4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920D440" w14:textId="41157932" w:rsidR="007E27CE" w:rsidRPr="007E27CE" w:rsidRDefault="00A9010E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>
              <w:rPr>
                <w:lang w:val="fr-FR"/>
              </w:rPr>
              <w:t>Nom entreprise</w:t>
            </w:r>
            <w:r w:rsidR="007E27CE" w:rsidRPr="007E27CE">
              <w:rPr>
                <w:lang w:val="fr-FR"/>
              </w:rPr>
              <w:t> : </w:t>
            </w:r>
            <w:r w:rsidR="007E27CE" w:rsidRPr="007E27CE">
              <w:rPr>
                <w:b/>
                <w:bCs/>
                <w:lang w:val="fr-FR"/>
              </w:rPr>
              <w:t>SAGE</w:t>
            </w:r>
          </w:p>
        </w:tc>
        <w:tc>
          <w:tcPr>
            <w:tcW w:w="3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7B9CF3" w14:textId="3617CF86" w:rsidR="007E27CE" w:rsidRPr="007E27CE" w:rsidRDefault="007E27CE" w:rsidP="00A90E33">
            <w:pPr>
              <w:numPr>
                <w:ilvl w:val="0"/>
                <w:numId w:val="0"/>
              </w:numPr>
              <w:spacing w:after="0"/>
            </w:pPr>
            <w:r w:rsidRPr="4718EB19">
              <w:t>SIREN</w:t>
            </w:r>
            <w:r w:rsidR="00D1352B" w:rsidRPr="4718EB19">
              <w:t>* :</w:t>
            </w:r>
            <w:r w:rsidRPr="4718EB19">
              <w:rPr>
                <w:b/>
              </w:rPr>
              <w:t> 313966129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41004D" w14:textId="77777777" w:rsidR="007E27CE" w:rsidRPr="007E27CE" w:rsidRDefault="007E27CE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7E27CE">
              <w:rPr>
                <w:lang w:val="fr-FR"/>
              </w:rPr>
              <w:t>PA ID* : </w:t>
            </w:r>
            <w:r w:rsidRPr="00BA0AFF">
              <w:rPr>
                <w:b/>
                <w:bCs/>
                <w:lang w:val="fr-FR"/>
              </w:rPr>
              <w:t>0052</w:t>
            </w:r>
          </w:p>
        </w:tc>
      </w:tr>
      <w:tr w:rsidR="007E27CE" w:rsidRPr="000D766F" w14:paraId="43B67119" w14:textId="77777777" w:rsidTr="42347DDD">
        <w:trPr>
          <w:trHeight w:val="37"/>
        </w:trPr>
        <w:tc>
          <w:tcPr>
            <w:tcW w:w="429" w:type="dxa"/>
            <w:vMerge/>
            <w:vAlign w:val="center"/>
            <w:hideMark/>
          </w:tcPr>
          <w:p w14:paraId="11E572B0" w14:textId="77777777" w:rsidR="007E27CE" w:rsidRPr="007E27CE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6D71E0" w14:textId="10F9837B" w:rsidR="007E27CE" w:rsidRPr="00217EBA" w:rsidRDefault="005B50B1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453EFC">
              <w:rPr>
                <w:i/>
                <w:iCs/>
                <w:sz w:val="18"/>
                <w:szCs w:val="18"/>
                <w:lang w:val="fr-FR"/>
              </w:rPr>
              <w:t>*</w:t>
            </w:r>
            <w:r w:rsidR="007E27CE" w:rsidRPr="00453EFC"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 w:rsidR="00217EBA" w:rsidRPr="00453EFC">
              <w:rPr>
                <w:i/>
                <w:iCs/>
                <w:sz w:val="18"/>
                <w:szCs w:val="18"/>
                <w:lang w:val="fr-FR"/>
              </w:rPr>
              <w:t>Le numéro SIREN est obligatoire si l</w:t>
            </w:r>
            <w:r w:rsidR="00163EF6" w:rsidRPr="00453EFC">
              <w:rPr>
                <w:i/>
                <w:iCs/>
                <w:sz w:val="18"/>
                <w:szCs w:val="18"/>
                <w:lang w:val="fr-FR"/>
              </w:rPr>
              <w:t xml:space="preserve">a PA </w:t>
            </w:r>
            <w:r w:rsidR="00217EBA" w:rsidRPr="00453EFC">
              <w:rPr>
                <w:i/>
                <w:iCs/>
                <w:sz w:val="18"/>
                <w:szCs w:val="18"/>
                <w:lang w:val="fr-FR"/>
              </w:rPr>
              <w:t xml:space="preserve">en possède un. Dans le cas contraire, le </w:t>
            </w:r>
            <w:r w:rsidR="00163EF6" w:rsidRPr="00453EFC">
              <w:rPr>
                <w:i/>
                <w:iCs/>
                <w:sz w:val="18"/>
                <w:szCs w:val="18"/>
                <w:lang w:val="fr-FR"/>
              </w:rPr>
              <w:t>matricule</w:t>
            </w:r>
            <w:r w:rsidR="00217EBA" w:rsidRPr="00453EFC">
              <w:rPr>
                <w:i/>
                <w:iCs/>
                <w:sz w:val="18"/>
                <w:szCs w:val="18"/>
                <w:lang w:val="fr-FR"/>
              </w:rPr>
              <w:t xml:space="preserve"> est obligatoire.</w:t>
            </w:r>
          </w:p>
        </w:tc>
      </w:tr>
      <w:tr w:rsidR="007E27CE" w:rsidRPr="007F5629" w14:paraId="275AA88C" w14:textId="77777777" w:rsidTr="42347DDD"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1D93F0" w14:textId="543C99E7" w:rsidR="007E27CE" w:rsidRPr="002403EE" w:rsidRDefault="007E27CE" w:rsidP="007E27CE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2403EE">
              <w:rPr>
                <w:b/>
                <w:bCs/>
                <w:lang w:val="fr-FR"/>
              </w:rPr>
              <w:t>3</w:t>
            </w: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C13F73" w14:textId="0DC06BBA" w:rsidR="007E27CE" w:rsidRPr="002403EE" w:rsidRDefault="007F5629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2403EE">
              <w:rPr>
                <w:b/>
                <w:bCs/>
                <w:lang w:val="fr-FR"/>
              </w:rPr>
              <w:t>Date à partir de laquelle la société assujettie (désignée au point 1) prévoit que le mandat prendra effet :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ABC96A" w14:textId="456FE394" w:rsidR="007E27CE" w:rsidRPr="007E27CE" w:rsidRDefault="007F5629" w:rsidP="000E10B6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2403EE">
              <w:rPr>
                <w:lang w:val="fr-FR"/>
              </w:rPr>
              <w:t>Date</w:t>
            </w:r>
            <w:r w:rsidR="000E10B6" w:rsidRPr="002403EE">
              <w:rPr>
                <w:lang w:val="fr-FR"/>
              </w:rPr>
              <w:t xml:space="preserve"> d’effet :</w:t>
            </w:r>
          </w:p>
        </w:tc>
      </w:tr>
      <w:tr w:rsidR="007E27CE" w:rsidRPr="000D766F" w14:paraId="46AFD739" w14:textId="77777777" w:rsidTr="42347DDD">
        <w:trPr>
          <w:trHeight w:val="459"/>
        </w:trPr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C00CFCF" w14:textId="4B537A3E" w:rsidR="007E27CE" w:rsidRPr="002403EE" w:rsidRDefault="00B838BB" w:rsidP="007E27CE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2403EE">
              <w:rPr>
                <w:b/>
                <w:bCs/>
                <w:lang w:val="fr-FR"/>
              </w:rPr>
              <w:t>4</w:t>
            </w: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3126F2" w14:textId="2E3C7AB0" w:rsidR="007E27CE" w:rsidRPr="007F5629" w:rsidRDefault="007F5629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2403EE">
              <w:rPr>
                <w:b/>
                <w:bCs/>
                <w:lang w:val="fr-FR"/>
              </w:rPr>
              <w:t>Champ d'application des adresses de réception des factures électroniques attribuées à la PA désignée au point 2 :</w:t>
            </w:r>
          </w:p>
        </w:tc>
      </w:tr>
      <w:tr w:rsidR="007E27CE" w:rsidRPr="000D766F" w14:paraId="7647EB28" w14:textId="77777777" w:rsidTr="42347DDD">
        <w:tc>
          <w:tcPr>
            <w:tcW w:w="429" w:type="dxa"/>
            <w:vMerge/>
            <w:vAlign w:val="center"/>
            <w:hideMark/>
          </w:tcPr>
          <w:p w14:paraId="62E08038" w14:textId="77777777" w:rsidR="007E27CE" w:rsidRPr="007F5629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A3CE5E" w14:textId="764F2D3A" w:rsidR="007E27CE" w:rsidRPr="00C7582B" w:rsidRDefault="00C7582B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C7582B">
              <w:rPr>
                <w:lang w:val="fr-FR"/>
              </w:rPr>
              <w:t xml:space="preserve">Mon adresse principale pour la facturation électronique </w:t>
            </w:r>
            <w:r w:rsidR="007E27CE" w:rsidRPr="00C7582B">
              <w:rPr>
                <w:b/>
                <w:bCs/>
                <w:lang w:val="fr-FR"/>
              </w:rPr>
              <w:t>SIREN</w:t>
            </w:r>
            <w:r w:rsidR="007E27CE" w:rsidRPr="00C7582B">
              <w:rPr>
                <w:lang w:val="fr-FR"/>
              </w:rPr>
              <w:t>: 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30C6CF" w14:textId="707A832C" w:rsidR="007E27CE" w:rsidRPr="007E27CE" w:rsidRDefault="007E27CE" w:rsidP="7D2158F0">
            <w:pPr>
              <w:numPr>
                <w:ilvl w:val="0"/>
                <w:numId w:val="0"/>
              </w:numPr>
              <w:rPr>
                <w:rFonts w:ascii="Cambria" w:eastAsia="Cambria" w:hAnsi="Cambria" w:cs="Cambria"/>
                <w:b/>
                <w:lang w:val="fr-FR"/>
              </w:rPr>
            </w:pPr>
          </w:p>
        </w:tc>
      </w:tr>
      <w:tr w:rsidR="007E27CE" w:rsidRPr="000D766F" w14:paraId="04D6A64C" w14:textId="77777777" w:rsidTr="42347DDD">
        <w:tc>
          <w:tcPr>
            <w:tcW w:w="429" w:type="dxa"/>
            <w:vMerge/>
            <w:vAlign w:val="center"/>
            <w:hideMark/>
          </w:tcPr>
          <w:p w14:paraId="40155664" w14:textId="77777777" w:rsidR="007E27CE" w:rsidRPr="007E27CE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7B6361" w14:textId="77777777" w:rsidR="003E57E4" w:rsidRDefault="00C7582B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C7582B">
              <w:rPr>
                <w:lang w:val="fr-FR"/>
              </w:rPr>
              <w:t>Adresses de facturation électronique fonctionnelles sous la forme</w:t>
            </w:r>
            <w:r w:rsidR="007E27CE" w:rsidRPr="00C7582B">
              <w:rPr>
                <w:lang w:val="fr-FR"/>
              </w:rPr>
              <w:t xml:space="preserve"> </w:t>
            </w:r>
            <w:r w:rsidR="007E27CE" w:rsidRPr="00447676">
              <w:rPr>
                <w:b/>
                <w:bCs/>
                <w:lang w:val="fr-FR"/>
              </w:rPr>
              <w:t>SIREN_SUFFIXE</w:t>
            </w:r>
            <w:r w:rsidR="007E27CE" w:rsidRPr="00C7582B">
              <w:rPr>
                <w:lang w:val="fr-FR"/>
              </w:rPr>
              <w:t> </w:t>
            </w:r>
          </w:p>
          <w:p w14:paraId="0DA013B9" w14:textId="18DB3B37" w:rsidR="007E27CE" w:rsidRPr="00C7582B" w:rsidRDefault="007E27CE" w:rsidP="002403EE">
            <w:pPr>
              <w:numPr>
                <w:ilvl w:val="0"/>
                <w:numId w:val="0"/>
              </w:numPr>
              <w:spacing w:after="0"/>
              <w:jc w:val="both"/>
              <w:rPr>
                <w:lang w:val="fr-FR"/>
              </w:rPr>
            </w:pPr>
            <w:r w:rsidRPr="002403EE">
              <w:rPr>
                <w:i/>
                <w:iCs/>
                <w:sz w:val="16"/>
                <w:szCs w:val="16"/>
                <w:lang w:val="fr-FR"/>
              </w:rPr>
              <w:t>(</w:t>
            </w:r>
            <w:r w:rsidR="005124BC" w:rsidRPr="002403EE">
              <w:rPr>
                <w:i/>
                <w:iCs/>
                <w:sz w:val="16"/>
                <w:szCs w:val="16"/>
                <w:lang w:val="fr-FR"/>
              </w:rPr>
              <w:t xml:space="preserve">ex : </w:t>
            </w:r>
            <w:r w:rsidRPr="002403EE">
              <w:rPr>
                <w:i/>
                <w:iCs/>
                <w:sz w:val="16"/>
                <w:szCs w:val="16"/>
                <w:lang w:val="fr-FR"/>
              </w:rPr>
              <w:t xml:space="preserve"> SIREN_ACHATTYPE1, SIREN_XXX </w:t>
            </w:r>
            <w:r w:rsidR="00357931" w:rsidRPr="002403EE">
              <w:rPr>
                <w:i/>
                <w:iCs/>
                <w:sz w:val="16"/>
                <w:szCs w:val="16"/>
                <w:lang w:val="fr-FR"/>
              </w:rPr>
              <w:t xml:space="preserve">désignant </w:t>
            </w:r>
            <w:r w:rsidR="00682056" w:rsidRPr="002403EE">
              <w:rPr>
                <w:i/>
                <w:iCs/>
                <w:sz w:val="16"/>
                <w:szCs w:val="16"/>
                <w:lang w:val="fr-FR"/>
              </w:rPr>
              <w:t>toutes les adresses futures de type SUFFIXE</w:t>
            </w:r>
            <w:r w:rsidRPr="002403EE">
              <w:rPr>
                <w:i/>
                <w:iCs/>
                <w:sz w:val="16"/>
                <w:szCs w:val="16"/>
                <w:lang w:val="fr-FR"/>
              </w:rPr>
              <w:t>)</w:t>
            </w:r>
            <w:r w:rsidRPr="002403EE">
              <w:rPr>
                <w:sz w:val="16"/>
                <w:szCs w:val="16"/>
                <w:lang w:val="fr-FR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214811" w14:textId="77777777" w:rsidR="007E27CE" w:rsidRPr="00C7582B" w:rsidRDefault="007E27CE" w:rsidP="00453EFC">
            <w:pPr>
              <w:numPr>
                <w:ilvl w:val="0"/>
                <w:numId w:val="0"/>
              </w:numPr>
              <w:ind w:left="720"/>
              <w:rPr>
                <w:lang w:val="fr-FR"/>
              </w:rPr>
            </w:pPr>
            <w:r w:rsidRPr="00C7582B">
              <w:rPr>
                <w:lang w:val="fr-FR"/>
              </w:rPr>
              <w:t> </w:t>
            </w:r>
          </w:p>
        </w:tc>
      </w:tr>
      <w:tr w:rsidR="007E27CE" w:rsidRPr="000D766F" w14:paraId="146D0C79" w14:textId="77777777" w:rsidTr="42347DDD">
        <w:tc>
          <w:tcPr>
            <w:tcW w:w="429" w:type="dxa"/>
            <w:vMerge/>
            <w:vAlign w:val="center"/>
            <w:hideMark/>
          </w:tcPr>
          <w:p w14:paraId="39B65739" w14:textId="77777777" w:rsidR="007E27CE" w:rsidRPr="00C7582B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3D0697" w14:textId="3ECE50BC" w:rsidR="007E27CE" w:rsidRPr="005124BC" w:rsidRDefault="005124BC" w:rsidP="001C0D9B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5124BC">
              <w:rPr>
                <w:lang w:val="fr-FR"/>
              </w:rPr>
              <w:t>Adresses de facturation électronique secondaire des établissemen</w:t>
            </w:r>
            <w:r>
              <w:rPr>
                <w:lang w:val="fr-FR"/>
              </w:rPr>
              <w:t>ts</w:t>
            </w:r>
            <w:r w:rsidR="00331165">
              <w:rPr>
                <w:lang w:val="fr-FR"/>
              </w:rPr>
              <w:t xml:space="preserve"> </w:t>
            </w:r>
            <w:r w:rsidR="00331165" w:rsidRPr="00331165">
              <w:rPr>
                <w:b/>
                <w:bCs/>
                <w:lang w:val="fr-FR"/>
              </w:rPr>
              <w:t>SIRET</w:t>
            </w:r>
            <w:r w:rsidR="007E27CE" w:rsidRPr="00331165">
              <w:rPr>
                <w:b/>
                <w:bCs/>
                <w:lang w:val="fr-FR"/>
              </w:rPr>
              <w:t> </w:t>
            </w:r>
            <w:r w:rsidR="007E27CE" w:rsidRPr="005124BC">
              <w:rPr>
                <w:lang w:val="fr-FR"/>
              </w:rPr>
              <w:br/>
            </w:r>
            <w:r w:rsidR="007E27CE" w:rsidRPr="002403EE">
              <w:rPr>
                <w:i/>
                <w:iCs/>
                <w:sz w:val="16"/>
                <w:szCs w:val="16"/>
                <w:lang w:val="fr-FR"/>
              </w:rPr>
              <w:t>(</w:t>
            </w:r>
            <w:r w:rsidR="001C0D9B" w:rsidRPr="002403EE">
              <w:rPr>
                <w:i/>
                <w:iCs/>
                <w:sz w:val="16"/>
                <w:szCs w:val="16"/>
                <w:lang w:val="fr-FR"/>
              </w:rPr>
              <w:t xml:space="preserve">ex : </w:t>
            </w:r>
            <w:r w:rsidR="007E27CE" w:rsidRPr="002403EE">
              <w:rPr>
                <w:i/>
                <w:iCs/>
                <w:sz w:val="16"/>
                <w:szCs w:val="16"/>
                <w:lang w:val="fr-FR"/>
              </w:rPr>
              <w:t>SIREN_SIRET, SIREN_XXX </w:t>
            </w:r>
            <w:r w:rsidR="00682056" w:rsidRPr="002403EE">
              <w:rPr>
                <w:i/>
                <w:iCs/>
                <w:sz w:val="16"/>
                <w:szCs w:val="16"/>
                <w:lang w:val="fr-FR"/>
              </w:rPr>
              <w:t xml:space="preserve">désignant toutes les adresses futures de type </w:t>
            </w:r>
            <w:r w:rsidR="007E27CE" w:rsidRPr="002403EE">
              <w:rPr>
                <w:i/>
                <w:iCs/>
                <w:sz w:val="16"/>
                <w:szCs w:val="16"/>
                <w:lang w:val="fr-FR"/>
              </w:rPr>
              <w:t>SIRET) </w:t>
            </w:r>
            <w:r w:rsidR="007E27CE" w:rsidRPr="002403EE">
              <w:rPr>
                <w:sz w:val="16"/>
                <w:szCs w:val="16"/>
                <w:lang w:val="fr-FR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B26F84" w14:textId="53681CCB" w:rsidR="007E27CE" w:rsidRPr="005124BC" w:rsidRDefault="007E27CE" w:rsidP="00453EFC">
            <w:pPr>
              <w:numPr>
                <w:ilvl w:val="0"/>
                <w:numId w:val="0"/>
              </w:numPr>
              <w:ind w:left="1080"/>
              <w:rPr>
                <w:lang w:val="fr-FR"/>
              </w:rPr>
            </w:pPr>
          </w:p>
        </w:tc>
      </w:tr>
      <w:tr w:rsidR="007E27CE" w:rsidRPr="000D766F" w14:paraId="5C7BFE3B" w14:textId="77777777" w:rsidTr="42347DDD">
        <w:tc>
          <w:tcPr>
            <w:tcW w:w="429" w:type="dxa"/>
            <w:vMerge/>
            <w:vAlign w:val="center"/>
            <w:hideMark/>
          </w:tcPr>
          <w:p w14:paraId="368438A0" w14:textId="77777777" w:rsidR="007E27CE" w:rsidRPr="005124BC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7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EC9948" w14:textId="77777777" w:rsidR="001C0D9B" w:rsidRDefault="00682056" w:rsidP="001C0D9B">
            <w:pPr>
              <w:numPr>
                <w:ilvl w:val="0"/>
                <w:numId w:val="0"/>
              </w:numPr>
              <w:spacing w:after="0"/>
              <w:ind w:left="357" w:hanging="357"/>
              <w:rPr>
                <w:lang w:val="fr-FR"/>
              </w:rPr>
            </w:pPr>
            <w:r w:rsidRPr="00682056">
              <w:rPr>
                <w:lang w:val="fr-FR"/>
              </w:rPr>
              <w:t xml:space="preserve">Adresses de facturation électronique </w:t>
            </w:r>
            <w:r w:rsidR="00A51B7F" w:rsidRPr="00682056">
              <w:rPr>
                <w:lang w:val="fr-FR"/>
              </w:rPr>
              <w:t>additionnelles</w:t>
            </w:r>
            <w:r w:rsidRPr="00682056">
              <w:rPr>
                <w:lang w:val="fr-FR"/>
              </w:rPr>
              <w:t xml:space="preserve"> pour ch</w:t>
            </w:r>
            <w:r>
              <w:rPr>
                <w:lang w:val="fr-FR"/>
              </w:rPr>
              <w:t>aque</w:t>
            </w:r>
            <w:r w:rsidR="007E27CE" w:rsidRPr="00682056">
              <w:rPr>
                <w:lang w:val="fr-FR"/>
              </w:rPr>
              <w:t xml:space="preserve"> site </w:t>
            </w:r>
          </w:p>
          <w:p w14:paraId="097D3496" w14:textId="08A401FA" w:rsidR="007E27CE" w:rsidRPr="00682056" w:rsidRDefault="007E27CE" w:rsidP="001C0D9B">
            <w:pPr>
              <w:numPr>
                <w:ilvl w:val="0"/>
                <w:numId w:val="0"/>
              </w:numPr>
              <w:spacing w:after="0"/>
              <w:ind w:left="357" w:hanging="357"/>
              <w:rPr>
                <w:lang w:val="fr-FR"/>
              </w:rPr>
            </w:pPr>
            <w:r w:rsidRPr="002403EE">
              <w:rPr>
                <w:i/>
                <w:iCs/>
                <w:sz w:val="16"/>
                <w:szCs w:val="16"/>
                <w:lang w:val="fr-FR"/>
              </w:rPr>
              <w:t>(</w:t>
            </w:r>
            <w:r w:rsidR="001C0D9B" w:rsidRPr="002403EE">
              <w:rPr>
                <w:i/>
                <w:iCs/>
                <w:sz w:val="16"/>
                <w:szCs w:val="16"/>
                <w:lang w:val="fr-FR"/>
              </w:rPr>
              <w:t xml:space="preserve">ex : </w:t>
            </w:r>
            <w:r w:rsidRPr="002403EE">
              <w:rPr>
                <w:i/>
                <w:iCs/>
                <w:sz w:val="16"/>
                <w:szCs w:val="16"/>
                <w:lang w:val="fr-FR"/>
              </w:rPr>
              <w:t>SIREN_SIRET_IDROUTAGE, XXX </w:t>
            </w:r>
            <w:r w:rsidR="00A51B7F" w:rsidRPr="002403EE">
              <w:rPr>
                <w:i/>
                <w:iCs/>
                <w:sz w:val="16"/>
                <w:szCs w:val="16"/>
                <w:lang w:val="fr-FR"/>
              </w:rPr>
              <w:t>désignant toutes les adresses futures de type</w:t>
            </w:r>
            <w:r w:rsidRPr="002403EE">
              <w:rPr>
                <w:i/>
                <w:iCs/>
                <w:sz w:val="16"/>
                <w:szCs w:val="16"/>
                <w:lang w:val="fr-FR"/>
              </w:rPr>
              <w:t> ID_ROUTAGE)</w:t>
            </w:r>
            <w:r w:rsidRPr="002403EE">
              <w:rPr>
                <w:sz w:val="16"/>
                <w:szCs w:val="16"/>
                <w:lang w:val="fr-FR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570588" w14:textId="77777777" w:rsidR="007E27CE" w:rsidRPr="00682056" w:rsidRDefault="007E27CE" w:rsidP="00453EFC">
            <w:pPr>
              <w:numPr>
                <w:ilvl w:val="0"/>
                <w:numId w:val="0"/>
              </w:numPr>
              <w:ind w:left="720"/>
              <w:rPr>
                <w:lang w:val="fr-FR"/>
              </w:rPr>
            </w:pPr>
            <w:r w:rsidRPr="00682056">
              <w:rPr>
                <w:lang w:val="fr-FR"/>
              </w:rPr>
              <w:t> </w:t>
            </w:r>
          </w:p>
        </w:tc>
      </w:tr>
      <w:tr w:rsidR="007E27CE" w:rsidRPr="000D766F" w14:paraId="31591AEA" w14:textId="77777777" w:rsidTr="42347DDD"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D516BF" w14:textId="22614973" w:rsidR="007E27CE" w:rsidRPr="007E27CE" w:rsidRDefault="007E27CE" w:rsidP="007E27CE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7E27CE">
              <w:rPr>
                <w:b/>
                <w:bCs/>
                <w:lang w:val="fr-FR"/>
              </w:rPr>
              <w:t>5</w:t>
            </w: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D653C9" w14:textId="1FFFDDA4" w:rsidR="007E27CE" w:rsidRPr="00D86509" w:rsidRDefault="00B11839" w:rsidP="001B08AB">
            <w:pPr>
              <w:numPr>
                <w:ilvl w:val="0"/>
                <w:numId w:val="0"/>
              </w:numPr>
              <w:spacing w:after="0" w:line="240" w:lineRule="auto"/>
              <w:rPr>
                <w:lang w:val="fr-FR"/>
              </w:rPr>
            </w:pPr>
            <w:r w:rsidRPr="00D86509">
              <w:rPr>
                <w:b/>
                <w:bCs/>
                <w:lang w:val="fr-FR"/>
              </w:rPr>
              <w:t>Ancienne</w:t>
            </w:r>
            <w:r w:rsidR="007E27CE" w:rsidRPr="00D86509">
              <w:rPr>
                <w:b/>
                <w:bCs/>
                <w:lang w:val="fr-FR"/>
              </w:rPr>
              <w:t xml:space="preserve"> PA </w:t>
            </w:r>
            <w:r w:rsidR="00D86509" w:rsidRPr="00D86509">
              <w:rPr>
                <w:b/>
                <w:bCs/>
                <w:lang w:val="fr-FR"/>
              </w:rPr>
              <w:t>en charge des adre</w:t>
            </w:r>
            <w:r w:rsidR="00D86509">
              <w:rPr>
                <w:b/>
                <w:bCs/>
                <w:lang w:val="fr-FR"/>
              </w:rPr>
              <w:t>sses de facturation</w:t>
            </w:r>
            <w:r w:rsidR="007E27CE" w:rsidRPr="00D86509">
              <w:rPr>
                <w:lang w:val="fr-FR"/>
              </w:rPr>
              <w:t> </w:t>
            </w:r>
            <w:r w:rsidR="007E3C11">
              <w:rPr>
                <w:lang w:val="fr-FR"/>
              </w:rPr>
              <w:t>électroniques décrites en</w:t>
            </w:r>
            <w:r w:rsidR="007E27CE" w:rsidRPr="00D86509">
              <w:rPr>
                <w:lang w:val="fr-FR"/>
              </w:rPr>
              <w:t> </w:t>
            </w:r>
            <w:r w:rsidR="007E27CE" w:rsidRPr="00D86509">
              <w:rPr>
                <w:b/>
                <w:bCs/>
                <w:lang w:val="fr-FR"/>
              </w:rPr>
              <w:t>4</w:t>
            </w:r>
            <w:r w:rsidR="007E27CE" w:rsidRPr="00D86509">
              <w:rPr>
                <w:lang w:val="fr-FR"/>
              </w:rPr>
              <w:t> : </w:t>
            </w:r>
          </w:p>
        </w:tc>
      </w:tr>
      <w:tr w:rsidR="007E27CE" w:rsidRPr="007E27CE" w14:paraId="596EC3DA" w14:textId="77777777" w:rsidTr="42347DDD">
        <w:tc>
          <w:tcPr>
            <w:tcW w:w="429" w:type="dxa"/>
            <w:vMerge/>
            <w:vAlign w:val="center"/>
            <w:hideMark/>
          </w:tcPr>
          <w:p w14:paraId="426A5521" w14:textId="77777777" w:rsidR="007E27CE" w:rsidRPr="00D86509" w:rsidRDefault="007E27CE" w:rsidP="007E27CE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4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50AFD4" w14:textId="27072A18" w:rsidR="007E27CE" w:rsidRPr="000E10B6" w:rsidRDefault="007E27CE" w:rsidP="003A5F2F">
            <w:pPr>
              <w:pStyle w:val="Sansinterligne"/>
              <w:rPr>
                <w:rFonts w:ascii="Cambria" w:eastAsia="Cambria" w:hAnsi="Cambria" w:cs="Cambria"/>
                <w:lang w:val="en-GB"/>
              </w:rPr>
            </w:pPr>
            <w:r w:rsidRPr="000A2C62">
              <w:rPr>
                <w:lang w:val="fr-FR"/>
              </w:rPr>
              <w:t> </w:t>
            </w:r>
            <w:r w:rsidR="00B11839" w:rsidRPr="0A3EC4FD">
              <w:rPr>
                <w:lang w:val="en-GB"/>
              </w:rPr>
              <w:t xml:space="preserve">Nom ancienne PA </w:t>
            </w:r>
            <w:r w:rsidRPr="0A3EC4FD">
              <w:rPr>
                <w:lang w:val="en-GB"/>
              </w:rPr>
              <w:t>: </w:t>
            </w:r>
            <w:r w:rsidR="430300BB" w:rsidRPr="0A3EC4FD">
              <w:rPr>
                <w:rFonts w:ascii="Aptos" w:eastAsia="Aptos" w:hAnsi="Aptos" w:cs="Aptos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6760D84" w14:textId="58E69EFA" w:rsidR="007E27CE" w:rsidRPr="007E27CE" w:rsidRDefault="007E27CE" w:rsidP="001B08AB">
            <w:pPr>
              <w:numPr>
                <w:ilvl w:val="0"/>
                <w:numId w:val="0"/>
              </w:numPr>
              <w:spacing w:after="0" w:line="240" w:lineRule="auto"/>
              <w:rPr>
                <w:rFonts w:ascii="Cambria" w:eastAsia="Cambria" w:hAnsi="Cambria" w:cs="Cambria"/>
                <w:lang w:val="fr-FR"/>
              </w:rPr>
            </w:pPr>
            <w:r w:rsidRPr="007E27CE">
              <w:rPr>
                <w:lang w:val="fr-FR"/>
              </w:rPr>
              <w:t>SIREN : 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F14EF5" w14:textId="6FCDDE65" w:rsidR="007E27CE" w:rsidRPr="007E27CE" w:rsidRDefault="538D6989" w:rsidP="003A5F2F">
            <w:pPr>
              <w:pStyle w:val="Sansinterligne"/>
              <w:rPr>
                <w:lang w:val="fr-FR"/>
              </w:rPr>
            </w:pPr>
            <w:r w:rsidRPr="42347DDD">
              <w:rPr>
                <w:lang w:val="fr-FR"/>
              </w:rPr>
              <w:t>PA ID* : </w:t>
            </w:r>
          </w:p>
        </w:tc>
      </w:tr>
      <w:tr w:rsidR="00BA0AFF" w:rsidRPr="00BA0AFF" w14:paraId="19822F21" w14:textId="77777777" w:rsidTr="42347DDD">
        <w:tc>
          <w:tcPr>
            <w:tcW w:w="429" w:type="dxa"/>
            <w:vMerge/>
            <w:vAlign w:val="center"/>
            <w:hideMark/>
          </w:tcPr>
          <w:p w14:paraId="095C5A8A" w14:textId="77777777" w:rsidR="00BA0AFF" w:rsidRPr="007E27CE" w:rsidRDefault="00BA0AFF" w:rsidP="00BA0AFF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0A1987" w14:textId="1D891735" w:rsidR="00BA0AFF" w:rsidRPr="00BA0AFF" w:rsidRDefault="00BA0AFF" w:rsidP="00BA0AFF">
            <w:pPr>
              <w:numPr>
                <w:ilvl w:val="0"/>
                <w:numId w:val="0"/>
              </w:numPr>
              <w:spacing w:after="0" w:line="240" w:lineRule="auto"/>
              <w:rPr>
                <w:i/>
                <w:iCs/>
                <w:lang w:val="fr-FR"/>
              </w:rPr>
            </w:pPr>
            <w:r w:rsidRPr="00453EFC">
              <w:rPr>
                <w:i/>
                <w:iCs/>
                <w:sz w:val="18"/>
                <w:szCs w:val="18"/>
                <w:lang w:val="fr-FR"/>
              </w:rPr>
              <w:t>* Le numéro SIREN est obligatoire si la PA en possède un. Dans le cas contraire, le matricule est obligatoire.</w:t>
            </w:r>
          </w:p>
        </w:tc>
      </w:tr>
      <w:tr w:rsidR="00BA0AFF" w:rsidRPr="000D766F" w14:paraId="7FAD5208" w14:textId="77777777" w:rsidTr="42347DDD">
        <w:trPr>
          <w:trHeight w:val="268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56CBB9" w14:textId="2EA0B452" w:rsidR="00BA0AFF" w:rsidRPr="007E27CE" w:rsidRDefault="00BA0AFF" w:rsidP="00BA0AFF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7E27CE">
              <w:rPr>
                <w:b/>
                <w:bCs/>
                <w:lang w:val="fr-FR"/>
              </w:rPr>
              <w:t>6</w:t>
            </w:r>
          </w:p>
        </w:tc>
        <w:tc>
          <w:tcPr>
            <w:tcW w:w="4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FC91A0" w14:textId="77777777" w:rsidR="00BA0AFF" w:rsidRPr="000A2C62" w:rsidRDefault="00BA0AFF" w:rsidP="00BA0AFF">
            <w:pPr>
              <w:numPr>
                <w:ilvl w:val="0"/>
                <w:numId w:val="0"/>
              </w:numPr>
              <w:spacing w:after="0" w:line="240" w:lineRule="auto"/>
              <w:rPr>
                <w:lang w:val="fr-FR"/>
              </w:rPr>
            </w:pPr>
            <w:r w:rsidRPr="000A2C62">
              <w:rPr>
                <w:b/>
                <w:bCs/>
                <w:lang w:val="fr-FR"/>
              </w:rPr>
              <w:t>Numéro de mandat :</w:t>
            </w:r>
            <w:r w:rsidRPr="000A2C62">
              <w:rPr>
                <w:lang w:val="fr-FR"/>
              </w:rPr>
              <w:t> </w:t>
            </w:r>
          </w:p>
          <w:p w14:paraId="46D23DAA" w14:textId="4ACF7824" w:rsidR="00BA0AFF" w:rsidRPr="000A2C62" w:rsidRDefault="00BA0AFF" w:rsidP="00BA0AFF">
            <w:pPr>
              <w:numPr>
                <w:ilvl w:val="0"/>
                <w:numId w:val="0"/>
              </w:numPr>
              <w:spacing w:after="0" w:line="240" w:lineRule="auto"/>
              <w:rPr>
                <w:lang w:val="fr-FR"/>
              </w:rPr>
            </w:pPr>
            <w:r w:rsidRPr="002403EE">
              <w:rPr>
                <w:sz w:val="18"/>
                <w:szCs w:val="18"/>
                <w:highlight w:val="yellow"/>
                <w:lang w:val="fr-FR"/>
              </w:rPr>
              <w:t>(partie réservée à Sage)</w:t>
            </w:r>
          </w:p>
        </w:tc>
        <w:tc>
          <w:tcPr>
            <w:tcW w:w="6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A948B36" w14:textId="405F7E48" w:rsidR="00BA0AFF" w:rsidRPr="007E27CE" w:rsidRDefault="00BA0AFF" w:rsidP="00BA0AFF">
            <w:pPr>
              <w:numPr>
                <w:ilvl w:val="0"/>
                <w:numId w:val="0"/>
              </w:numPr>
              <w:spacing w:after="0" w:line="240" w:lineRule="auto"/>
              <w:ind w:left="1080"/>
              <w:rPr>
                <w:lang w:val="fr-FR"/>
              </w:rPr>
            </w:pPr>
          </w:p>
        </w:tc>
      </w:tr>
      <w:tr w:rsidR="00BA0AFF" w:rsidRPr="000D766F" w14:paraId="45D3A390" w14:textId="77777777" w:rsidTr="42347DDD"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30FEAF" w14:textId="3AA9C740" w:rsidR="00BA0AFF" w:rsidRPr="007E27CE" w:rsidRDefault="00BA0AFF" w:rsidP="00BA0AFF">
            <w:pPr>
              <w:numPr>
                <w:ilvl w:val="0"/>
                <w:numId w:val="0"/>
              </w:numPr>
              <w:rPr>
                <w:lang w:val="fr-FR"/>
              </w:rPr>
            </w:pPr>
            <w:r w:rsidRPr="007E27CE">
              <w:rPr>
                <w:b/>
                <w:bCs/>
                <w:lang w:val="fr-FR"/>
              </w:rPr>
              <w:t>7</w:t>
            </w:r>
          </w:p>
        </w:tc>
        <w:tc>
          <w:tcPr>
            <w:tcW w:w="10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A74A20" w14:textId="7B007F2A" w:rsidR="00BA0AFF" w:rsidRPr="00FF340D" w:rsidRDefault="00BA0AFF" w:rsidP="00BA0AFF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 w:rsidRPr="00FF340D">
              <w:rPr>
                <w:b/>
                <w:bCs/>
                <w:lang w:val="fr-FR"/>
              </w:rPr>
              <w:t>Signature du représentant légal de la société désigné au point 1 ou d'un représentant muni d'une procuration</w:t>
            </w:r>
          </w:p>
        </w:tc>
      </w:tr>
      <w:tr w:rsidR="00BA0AFF" w:rsidRPr="007E27CE" w14:paraId="3E9B72D4" w14:textId="77777777" w:rsidTr="42347DDD"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36A18E" w14:textId="77777777" w:rsidR="00BA0AFF" w:rsidRPr="00FF340D" w:rsidRDefault="00BA0AFF" w:rsidP="00BA0AFF">
            <w:pPr>
              <w:numPr>
                <w:ilvl w:val="0"/>
                <w:numId w:val="0"/>
              </w:numPr>
              <w:ind w:left="1080"/>
              <w:rPr>
                <w:lang w:val="fr-FR"/>
              </w:rPr>
            </w:pPr>
            <w:r w:rsidRPr="00FF340D">
              <w:rPr>
                <w:lang w:val="fr-FR"/>
              </w:rPr>
              <w:t> 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E0A10C" w14:textId="3E66BE9E" w:rsidR="00BA0AFF" w:rsidRPr="007E27CE" w:rsidRDefault="00BA0AFF" w:rsidP="00BA0AFF">
            <w:pPr>
              <w:numPr>
                <w:ilvl w:val="0"/>
                <w:numId w:val="0"/>
              </w:numPr>
              <w:rPr>
                <w:lang w:val="fr-FR"/>
              </w:rPr>
            </w:pPr>
            <w:r>
              <w:rPr>
                <w:lang w:val="fr-FR"/>
              </w:rPr>
              <w:t>Prénom</w:t>
            </w:r>
            <w:r w:rsidRPr="007E27CE">
              <w:rPr>
                <w:lang w:val="fr-FR"/>
              </w:rPr>
              <w:t xml:space="preserve"> : </w:t>
            </w:r>
            <w:r w:rsidRPr="007E27CE">
              <w:rPr>
                <w:b/>
                <w:bCs/>
                <w:lang w:val="fr-FR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18F28BE" w14:textId="42396E9E" w:rsidR="00BA0AFF" w:rsidRPr="007E27CE" w:rsidRDefault="00BA0AFF" w:rsidP="00BA0AFF">
            <w:pPr>
              <w:numPr>
                <w:ilvl w:val="0"/>
                <w:numId w:val="0"/>
              </w:numPr>
              <w:spacing w:after="0"/>
              <w:rPr>
                <w:lang w:val="fr-FR"/>
              </w:rPr>
            </w:pPr>
            <w:r>
              <w:rPr>
                <w:lang w:val="fr-FR"/>
              </w:rPr>
              <w:t xml:space="preserve">Nom </w:t>
            </w:r>
            <w:r w:rsidRPr="007E27CE">
              <w:rPr>
                <w:lang w:val="fr-FR"/>
              </w:rPr>
              <w:t>: 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C1AE3A1" w14:textId="72528F18" w:rsidR="00BA0AFF" w:rsidRPr="007E27CE" w:rsidRDefault="00BA0AFF" w:rsidP="00BA0AFF">
            <w:pPr>
              <w:numPr>
                <w:ilvl w:val="0"/>
                <w:numId w:val="0"/>
              </w:numPr>
              <w:rPr>
                <w:lang w:val="fr-FR"/>
              </w:rPr>
            </w:pPr>
            <w:r>
              <w:rPr>
                <w:lang w:val="fr-FR"/>
              </w:rPr>
              <w:t>Profession</w:t>
            </w:r>
            <w:r w:rsidRPr="007E27CE">
              <w:rPr>
                <w:lang w:val="fr-FR"/>
              </w:rPr>
              <w:t xml:space="preserve"> :</w:t>
            </w:r>
            <w:r>
              <w:rPr>
                <w:lang w:val="fr-FR"/>
              </w:rPr>
              <w:t xml:space="preserve"> </w:t>
            </w:r>
          </w:p>
        </w:tc>
      </w:tr>
      <w:tr w:rsidR="00BA0AFF" w:rsidRPr="007E27CE" w14:paraId="00E85388" w14:textId="77777777" w:rsidTr="42347DDD">
        <w:tc>
          <w:tcPr>
            <w:tcW w:w="429" w:type="dxa"/>
            <w:vMerge/>
            <w:vAlign w:val="center"/>
            <w:hideMark/>
          </w:tcPr>
          <w:p w14:paraId="6C90F299" w14:textId="77777777" w:rsidR="00BA0AFF" w:rsidRPr="007E27CE" w:rsidRDefault="00BA0AFF" w:rsidP="00BA0AFF">
            <w:pPr>
              <w:tabs>
                <w:tab w:val="clear" w:pos="1080"/>
              </w:tabs>
              <w:jc w:val="center"/>
              <w:rPr>
                <w:lang w:val="fr-FR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B7D1A5" w14:textId="7CC3C0EF" w:rsidR="00BA0AFF" w:rsidRPr="007E27CE" w:rsidRDefault="00BA0AFF" w:rsidP="00BA0AFF">
            <w:pPr>
              <w:numPr>
                <w:ilvl w:val="0"/>
                <w:numId w:val="0"/>
              </w:numPr>
              <w:spacing w:after="0" w:line="240" w:lineRule="auto"/>
              <w:rPr>
                <w:lang w:val="en-GB"/>
              </w:rPr>
            </w:pPr>
            <w:r w:rsidRPr="007E27CE">
              <w:rPr>
                <w:lang w:val="en-GB"/>
              </w:rPr>
              <w:t>Date: </w:t>
            </w:r>
          </w:p>
        </w:tc>
        <w:tc>
          <w:tcPr>
            <w:tcW w:w="68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F25660" w14:textId="3F907428" w:rsidR="00BA0AFF" w:rsidRPr="007E27CE" w:rsidRDefault="00BA0AFF" w:rsidP="00BA0AFF">
            <w:pPr>
              <w:numPr>
                <w:ilvl w:val="0"/>
                <w:numId w:val="0"/>
              </w:numPr>
              <w:spacing w:after="0" w:line="240" w:lineRule="auto"/>
              <w:rPr>
                <w:lang w:val="fr-FR"/>
              </w:rPr>
            </w:pPr>
            <w:r w:rsidRPr="007E27CE">
              <w:rPr>
                <w:lang w:val="fr-FR"/>
              </w:rPr>
              <w:t>Signature :  </w:t>
            </w:r>
          </w:p>
        </w:tc>
      </w:tr>
    </w:tbl>
    <w:p w14:paraId="5B2C67DB" w14:textId="77777777" w:rsidR="00590E0B" w:rsidRPr="00DC7E81" w:rsidRDefault="00590E0B" w:rsidP="004565E2">
      <w:pPr>
        <w:numPr>
          <w:ilvl w:val="0"/>
          <w:numId w:val="0"/>
        </w:numPr>
        <w:rPr>
          <w:lang w:val="fr-FR"/>
        </w:rPr>
      </w:pPr>
    </w:p>
    <w:sectPr w:rsidR="00590E0B" w:rsidRPr="00DC7E81" w:rsidSect="00984F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or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861038">
    <w:abstractNumId w:val="8"/>
  </w:num>
  <w:num w:numId="2" w16cid:durableId="1109590914">
    <w:abstractNumId w:val="6"/>
  </w:num>
  <w:num w:numId="3" w16cid:durableId="1024213735">
    <w:abstractNumId w:val="5"/>
  </w:num>
  <w:num w:numId="4" w16cid:durableId="1168060614">
    <w:abstractNumId w:val="4"/>
  </w:num>
  <w:num w:numId="5" w16cid:durableId="559172144">
    <w:abstractNumId w:val="7"/>
  </w:num>
  <w:num w:numId="6" w16cid:durableId="1848865443">
    <w:abstractNumId w:val="3"/>
  </w:num>
  <w:num w:numId="7" w16cid:durableId="1613050209">
    <w:abstractNumId w:val="2"/>
  </w:num>
  <w:num w:numId="8" w16cid:durableId="1399939481">
    <w:abstractNumId w:val="1"/>
  </w:num>
  <w:num w:numId="9" w16cid:durableId="112211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8CF"/>
    <w:rsid w:val="00013B0E"/>
    <w:rsid w:val="00023A78"/>
    <w:rsid w:val="00034616"/>
    <w:rsid w:val="00036724"/>
    <w:rsid w:val="0006063C"/>
    <w:rsid w:val="00061EA9"/>
    <w:rsid w:val="000641D0"/>
    <w:rsid w:val="00065789"/>
    <w:rsid w:val="000A2C62"/>
    <w:rsid w:val="000A628F"/>
    <w:rsid w:val="000B3F07"/>
    <w:rsid w:val="000B49BE"/>
    <w:rsid w:val="000B71F3"/>
    <w:rsid w:val="000B7E48"/>
    <w:rsid w:val="000C0CE2"/>
    <w:rsid w:val="000D123C"/>
    <w:rsid w:val="000D2225"/>
    <w:rsid w:val="000D3614"/>
    <w:rsid w:val="000D766F"/>
    <w:rsid w:val="000E10B6"/>
    <w:rsid w:val="0012268F"/>
    <w:rsid w:val="0012440C"/>
    <w:rsid w:val="00130556"/>
    <w:rsid w:val="00143033"/>
    <w:rsid w:val="0015074B"/>
    <w:rsid w:val="00163EF6"/>
    <w:rsid w:val="001755F3"/>
    <w:rsid w:val="00192B55"/>
    <w:rsid w:val="001A4CFB"/>
    <w:rsid w:val="001B08AB"/>
    <w:rsid w:val="001C0D9B"/>
    <w:rsid w:val="001F1E6F"/>
    <w:rsid w:val="002126B6"/>
    <w:rsid w:val="00217EBA"/>
    <w:rsid w:val="002403EE"/>
    <w:rsid w:val="0024144F"/>
    <w:rsid w:val="00243736"/>
    <w:rsid w:val="00243CFD"/>
    <w:rsid w:val="00251FAB"/>
    <w:rsid w:val="00254B76"/>
    <w:rsid w:val="00267F9B"/>
    <w:rsid w:val="0029639D"/>
    <w:rsid w:val="002B415D"/>
    <w:rsid w:val="002C207A"/>
    <w:rsid w:val="002D59AB"/>
    <w:rsid w:val="0030270F"/>
    <w:rsid w:val="00326F90"/>
    <w:rsid w:val="00331165"/>
    <w:rsid w:val="003324D1"/>
    <w:rsid w:val="00342904"/>
    <w:rsid w:val="003513AC"/>
    <w:rsid w:val="00357931"/>
    <w:rsid w:val="003A5F2F"/>
    <w:rsid w:val="003C2686"/>
    <w:rsid w:val="003E57E4"/>
    <w:rsid w:val="003F7ECE"/>
    <w:rsid w:val="00447676"/>
    <w:rsid w:val="00453EFC"/>
    <w:rsid w:val="004565E2"/>
    <w:rsid w:val="0046593C"/>
    <w:rsid w:val="004768E4"/>
    <w:rsid w:val="004A419F"/>
    <w:rsid w:val="004B2257"/>
    <w:rsid w:val="004C0E72"/>
    <w:rsid w:val="004F17B8"/>
    <w:rsid w:val="005124BC"/>
    <w:rsid w:val="005138EE"/>
    <w:rsid w:val="00533C40"/>
    <w:rsid w:val="005772CA"/>
    <w:rsid w:val="00590E0B"/>
    <w:rsid w:val="005B50B1"/>
    <w:rsid w:val="0065085B"/>
    <w:rsid w:val="00662D9C"/>
    <w:rsid w:val="00682056"/>
    <w:rsid w:val="006A005F"/>
    <w:rsid w:val="006B3EB0"/>
    <w:rsid w:val="006B79A7"/>
    <w:rsid w:val="006B7C10"/>
    <w:rsid w:val="006C3CA8"/>
    <w:rsid w:val="006E2D7A"/>
    <w:rsid w:val="006E5434"/>
    <w:rsid w:val="00714535"/>
    <w:rsid w:val="00771A2D"/>
    <w:rsid w:val="007940B5"/>
    <w:rsid w:val="007B7F9B"/>
    <w:rsid w:val="007C75C5"/>
    <w:rsid w:val="007E27CE"/>
    <w:rsid w:val="007E3C11"/>
    <w:rsid w:val="007E3F1A"/>
    <w:rsid w:val="007E4131"/>
    <w:rsid w:val="007F5629"/>
    <w:rsid w:val="008072D5"/>
    <w:rsid w:val="00816D5E"/>
    <w:rsid w:val="008747FB"/>
    <w:rsid w:val="008801EC"/>
    <w:rsid w:val="0089538D"/>
    <w:rsid w:val="008A7135"/>
    <w:rsid w:val="008B2260"/>
    <w:rsid w:val="008E063F"/>
    <w:rsid w:val="009044A3"/>
    <w:rsid w:val="00924BB4"/>
    <w:rsid w:val="00925181"/>
    <w:rsid w:val="009345E5"/>
    <w:rsid w:val="00950537"/>
    <w:rsid w:val="009511CE"/>
    <w:rsid w:val="00970775"/>
    <w:rsid w:val="00984FB9"/>
    <w:rsid w:val="00992C26"/>
    <w:rsid w:val="009B2376"/>
    <w:rsid w:val="009D57E8"/>
    <w:rsid w:val="00A10721"/>
    <w:rsid w:val="00A51B7F"/>
    <w:rsid w:val="00A9010E"/>
    <w:rsid w:val="00A90C0A"/>
    <w:rsid w:val="00A90E33"/>
    <w:rsid w:val="00AA1D8D"/>
    <w:rsid w:val="00AB13FA"/>
    <w:rsid w:val="00AC55D3"/>
    <w:rsid w:val="00B11839"/>
    <w:rsid w:val="00B260EB"/>
    <w:rsid w:val="00B47730"/>
    <w:rsid w:val="00B640F6"/>
    <w:rsid w:val="00B838BB"/>
    <w:rsid w:val="00BA0AFF"/>
    <w:rsid w:val="00C05345"/>
    <w:rsid w:val="00C3250B"/>
    <w:rsid w:val="00C454D0"/>
    <w:rsid w:val="00C7582B"/>
    <w:rsid w:val="00C83A6F"/>
    <w:rsid w:val="00C86BEF"/>
    <w:rsid w:val="00C9680E"/>
    <w:rsid w:val="00CB0664"/>
    <w:rsid w:val="00CB0AEF"/>
    <w:rsid w:val="00CC60A3"/>
    <w:rsid w:val="00CD6B13"/>
    <w:rsid w:val="00CE7D1F"/>
    <w:rsid w:val="00CF48F0"/>
    <w:rsid w:val="00D04B6B"/>
    <w:rsid w:val="00D1352B"/>
    <w:rsid w:val="00D56559"/>
    <w:rsid w:val="00D86509"/>
    <w:rsid w:val="00D86A3F"/>
    <w:rsid w:val="00DA34A1"/>
    <w:rsid w:val="00DB44B5"/>
    <w:rsid w:val="00DC2EBE"/>
    <w:rsid w:val="00DC7E81"/>
    <w:rsid w:val="00DD358C"/>
    <w:rsid w:val="00DE3B57"/>
    <w:rsid w:val="00E76B87"/>
    <w:rsid w:val="00EA7EEE"/>
    <w:rsid w:val="00EC7149"/>
    <w:rsid w:val="00ED0AF4"/>
    <w:rsid w:val="00F24C1C"/>
    <w:rsid w:val="00F37C0C"/>
    <w:rsid w:val="00F82226"/>
    <w:rsid w:val="00F847EB"/>
    <w:rsid w:val="00F9421A"/>
    <w:rsid w:val="00FA0407"/>
    <w:rsid w:val="00FC693F"/>
    <w:rsid w:val="00FF340D"/>
    <w:rsid w:val="0A3EC4FD"/>
    <w:rsid w:val="0B84C8A9"/>
    <w:rsid w:val="0E694094"/>
    <w:rsid w:val="0FC962FA"/>
    <w:rsid w:val="149EE840"/>
    <w:rsid w:val="195C1DA1"/>
    <w:rsid w:val="1B2900AB"/>
    <w:rsid w:val="1B84A79A"/>
    <w:rsid w:val="1CCFEB18"/>
    <w:rsid w:val="22F9F261"/>
    <w:rsid w:val="30425C3E"/>
    <w:rsid w:val="344E1970"/>
    <w:rsid w:val="35B15A77"/>
    <w:rsid w:val="35BE66D4"/>
    <w:rsid w:val="3C07309F"/>
    <w:rsid w:val="3D2CCE54"/>
    <w:rsid w:val="42347DDD"/>
    <w:rsid w:val="430300BB"/>
    <w:rsid w:val="44E46C71"/>
    <w:rsid w:val="469565C6"/>
    <w:rsid w:val="4718EB19"/>
    <w:rsid w:val="4C731394"/>
    <w:rsid w:val="4EC9D7FC"/>
    <w:rsid w:val="538D6989"/>
    <w:rsid w:val="5837C0D5"/>
    <w:rsid w:val="5940E400"/>
    <w:rsid w:val="599E6B24"/>
    <w:rsid w:val="5A001E74"/>
    <w:rsid w:val="5B4D8DFA"/>
    <w:rsid w:val="5B65FAD7"/>
    <w:rsid w:val="5CD69FDA"/>
    <w:rsid w:val="5FBAB37B"/>
    <w:rsid w:val="6C98DB1F"/>
    <w:rsid w:val="6DB3567F"/>
    <w:rsid w:val="6DDFC983"/>
    <w:rsid w:val="7CB52C2A"/>
    <w:rsid w:val="7D2158F0"/>
    <w:rsid w:val="7F5AD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75383B2-AACC-4496-8F44-26C4C65C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CC60A3"/>
    <w:pPr>
      <w:numPr>
        <w:numId w:val="7"/>
      </w:numPr>
    </w:pPr>
  </w:style>
  <w:style w:type="paragraph" w:styleId="Titre1">
    <w:name w:val="heading 1"/>
    <w:basedOn w:val="Normal"/>
    <w:next w:val="Normal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erChar1">
    <w:name w:val="Header Char1"/>
    <w:basedOn w:val="Policepardfaut"/>
    <w:uiPriority w:val="99"/>
    <w:semiHidden/>
    <w:rsid w:val="00925181"/>
  </w:style>
  <w:style w:type="character" w:customStyle="1" w:styleId="FooterChar1">
    <w:name w:val="Footer Char1"/>
    <w:basedOn w:val="Policepardfaut"/>
    <w:uiPriority w:val="99"/>
    <w:semiHidden/>
    <w:rsid w:val="00925181"/>
  </w:style>
  <w:style w:type="character" w:customStyle="1" w:styleId="TitleChar1">
    <w:name w:val="Title Char1"/>
    <w:basedOn w:val="Policepardfaut"/>
    <w:uiPriority w:val="10"/>
    <w:rsid w:val="00925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Policepardfaut"/>
    <w:uiPriority w:val="11"/>
    <w:rsid w:val="00925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BodyTextChar1">
    <w:name w:val="Body Text Char1"/>
    <w:basedOn w:val="Policepardfaut"/>
    <w:uiPriority w:val="99"/>
    <w:semiHidden/>
    <w:rsid w:val="00925181"/>
  </w:style>
  <w:style w:type="character" w:customStyle="1" w:styleId="BodyText2Char1">
    <w:name w:val="Body Text 2 Char1"/>
    <w:basedOn w:val="Policepardfaut"/>
    <w:uiPriority w:val="99"/>
    <w:semiHidden/>
    <w:rsid w:val="00925181"/>
  </w:style>
  <w:style w:type="character" w:customStyle="1" w:styleId="BodyText3Char1">
    <w:name w:val="Body Text 3 Char1"/>
    <w:basedOn w:val="Policepardfaut"/>
    <w:uiPriority w:val="99"/>
    <w:semiHidden/>
    <w:rsid w:val="00925181"/>
    <w:rPr>
      <w:sz w:val="16"/>
      <w:szCs w:val="16"/>
    </w:rPr>
  </w:style>
  <w:style w:type="character" w:customStyle="1" w:styleId="MacroTextChar1">
    <w:name w:val="Macro Text Char1"/>
    <w:basedOn w:val="Policepardfaut"/>
    <w:uiPriority w:val="99"/>
    <w:semiHidden/>
    <w:rsid w:val="00925181"/>
    <w:rPr>
      <w:rFonts w:ascii="Consolas" w:hAnsi="Consolas"/>
      <w:sz w:val="20"/>
      <w:szCs w:val="20"/>
    </w:rPr>
  </w:style>
  <w:style w:type="character" w:customStyle="1" w:styleId="QuoteChar1">
    <w:name w:val="Quote Char1"/>
    <w:basedOn w:val="Policepardfaut"/>
    <w:uiPriority w:val="29"/>
    <w:rsid w:val="00925181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Policepardfaut"/>
    <w:uiPriority w:val="30"/>
    <w:rsid w:val="00925181"/>
    <w:rPr>
      <w:i/>
      <w:iCs/>
      <w:color w:val="365F91" w:themeColor="accent1" w:themeShade="BF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Liste">
    <w:name w:val="List"/>
    <w:basedOn w:val="Normal"/>
    <w:uiPriority w:val="99"/>
    <w:unhideWhenUsed/>
    <w:rsid w:val="00AA1D8D"/>
    <w:pPr>
      <w:ind w:left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/>
      <w:contextualSpacing/>
    </w:pPr>
  </w:style>
  <w:style w:type="paragraph" w:styleId="Liste3">
    <w:name w:val="List 3"/>
    <w:basedOn w:val="Normal"/>
    <w:uiPriority w:val="99"/>
    <w:unhideWhenUsed/>
    <w:rsid w:val="00326F90"/>
    <w:pPr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contextualSpacing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AB13F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13FA"/>
    <w:rPr>
      <w:color w:val="605E5C"/>
      <w:shd w:val="clear" w:color="auto" w:fill="E1DFDD"/>
    </w:rPr>
  </w:style>
  <w:style w:type="character" w:customStyle="1" w:styleId="Heading1Char">
    <w:name w:val="Heading 1 Char"/>
    <w:basedOn w:val="Policepardfaut"/>
    <w:uiPriority w:val="9"/>
    <w:rsid w:val="00CC60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Policepardfaut"/>
    <w:uiPriority w:val="9"/>
    <w:rsid w:val="00CC6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Policepardfaut"/>
    <w:uiPriority w:val="9"/>
    <w:rsid w:val="00CC60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Policepardfaut"/>
    <w:uiPriority w:val="9"/>
    <w:semiHidden/>
    <w:rsid w:val="00CC60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Policepardfaut"/>
    <w:uiPriority w:val="9"/>
    <w:semiHidden/>
    <w:rsid w:val="00CC60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Policepardfaut"/>
    <w:uiPriority w:val="9"/>
    <w:semiHidden/>
    <w:rsid w:val="00CC60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Policepardfaut"/>
    <w:uiPriority w:val="9"/>
    <w:semiHidden/>
    <w:rsid w:val="00CC6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Policepardfaut"/>
    <w:uiPriority w:val="9"/>
    <w:semiHidden/>
    <w:rsid w:val="00CC60A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Policepardfaut"/>
    <w:uiPriority w:val="9"/>
    <w:semiHidden/>
    <w:rsid w:val="00CC60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c0cdf1-bb37-45f5-abee-2a3929b27b6c" xsi:nil="true"/>
    <Externallink xmlns="2bccec70-dced-47d7-8222-46384629c4ff" xsi:nil="true"/>
    <lcf76f155ced4ddcb4097134ff3c332f xmlns="2bccec70-dced-47d7-8222-46384629c4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2BD65F2A9A844B126DFC954CE51D4" ma:contentTypeVersion="20" ma:contentTypeDescription="Create a new document." ma:contentTypeScope="" ma:versionID="f5f75d9d38cb40eb447caf5787564b46">
  <xsd:schema xmlns:xsd="http://www.w3.org/2001/XMLSchema" xmlns:xs="http://www.w3.org/2001/XMLSchema" xmlns:p="http://schemas.microsoft.com/office/2006/metadata/properties" xmlns:ns2="2bccec70-dced-47d7-8222-46384629c4ff" xmlns:ns3="03c0cdf1-bb37-45f5-abee-2a3929b27b6c" targetNamespace="http://schemas.microsoft.com/office/2006/metadata/properties" ma:root="true" ma:fieldsID="c5bd8a0802f76fee69c164a72e0d5208" ns2:_="" ns3:_="">
    <xsd:import namespace="2bccec70-dced-47d7-8222-46384629c4ff"/>
    <xsd:import namespace="03c0cdf1-bb37-45f5-abee-2a3929b27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ernallink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cec70-dced-47d7-8222-46384629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9d7700-8801-4e65-905e-5029f7d3d6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ernallink" ma:index="25" nillable="true" ma:displayName="External link" ma:description="Add external system link to add traceability" ma:format="Dropdown" ma:internalName="Externallink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0cdf1-bb37-45f5-abee-2a3929b27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954035-d8a8-4f2c-a143-246f44781f5b}" ma:internalName="TaxCatchAll" ma:showField="CatchAllData" ma:web="03c0cdf1-bb37-45f5-abee-2a3929b27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612FC5-AEC2-498F-AC0A-3FF72015E458}">
  <ds:schemaRefs>
    <ds:schemaRef ds:uri="http://schemas.microsoft.com/office/2006/metadata/properties"/>
    <ds:schemaRef ds:uri="http://schemas.microsoft.com/office/infopath/2007/PartnerControls"/>
    <ds:schemaRef ds:uri="03c0cdf1-bb37-45f5-abee-2a3929b27b6c"/>
    <ds:schemaRef ds:uri="2bccec70-dced-47d7-8222-46384629c4ff"/>
  </ds:schemaRefs>
</ds:datastoreItem>
</file>

<file path=customXml/itemProps2.xml><?xml version="1.0" encoding="utf-8"?>
<ds:datastoreItem xmlns:ds="http://schemas.openxmlformats.org/officeDocument/2006/customXml" ds:itemID="{ED2CB27E-91C9-461B-9F2B-9C951A641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cec70-dced-47d7-8222-46384629c4ff"/>
    <ds:schemaRef ds:uri="03c0cdf1-bb37-45f5-abee-2a3929b27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022895-962F-440E-9478-DBAFF1F2FF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32dd7c-41f6-492d-a1a3-c58eb02cf4f8}" enabled="0" method="" siteId="{3e32dd7c-41f6-492d-a1a3-c58eb02cf4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1692</Characters>
  <Application>Microsoft Office Word</Application>
  <DocSecurity>0</DocSecurity>
  <Lines>73</Lines>
  <Paragraphs>47</Paragraphs>
  <ScaleCrop>false</ScaleCrop>
  <Manager/>
  <Company/>
  <LinksUpToDate>false</LinksUpToDate>
  <CharactersWithSpaces>1962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Bertels, Renaud</cp:lastModifiedBy>
  <cp:revision>2</cp:revision>
  <dcterms:created xsi:type="dcterms:W3CDTF">2026-07-17T08:28:00Z</dcterms:created>
  <dcterms:modified xsi:type="dcterms:W3CDTF">2026-07-17T08:28:00Z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0x0101000EA2BD65F2A9A844B126DFC954CE51D4</vt:lpwstr>
  </property>
  <property fmtid="{D5CDD505-2E9C-101B-9397-08002B2CF9AE}" pid="3" name="MediaServiceImageTags">
    <vt:lpwstr/>
  </property>
</Properties>
</file>